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بيان مستحقات نهاية الخدمة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صاحب العمل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المنشأة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السجل التجاري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العامل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العامل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الهوية أو الإقامة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المهنة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أساس الحساب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البيان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مباشرة العمل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انتهاء العلاقة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سبب انتهاء العلاقة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مدة الخدمة بالسنوات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الأجر الفعلي الأخير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نسبة الاستحقاق %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تبين ................ في هذا البيان مستحقات العامل ................، رقم الهوية أو الإقامة ................، الذي عمل لديها بمهنة ................ من ................ حتى ................، وانتهت علاقته بها بسبب: .................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أولاً: أساس الحساب</w:t>
      </w:r>
    </w:p>
    <w:p>
      <w:pPr>
        <w:bidi w:val="1"/>
        <w:ind w:right="3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1. مدة الخدمة: ................ سنة.</w:t>
      </w:r>
    </w:p>
    <w:p>
      <w:pPr>
        <w:bidi w:val="1"/>
        <w:ind w:right="3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2. الأجر الفعلي الأخير: ................ ريال شهرياً.</w:t>
      </w:r>
    </w:p>
    <w:p>
      <w:pPr>
        <w:bidi w:val="1"/>
        <w:ind w:right="3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3. نسبة الاستحقاق من المكافأة: ................%.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ثانياً: مكافأة نهاية الخدمة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عن السنوات الخمس الأولى نصف أجر شهر لكل سنة، وعن كل سنة بعدها أجر شهر، وأجزاء السنة بنسبتها. المكافأة الكاملة ................ ريال، وبعد تطبيق نسبة الاستحقاق: ................ ريال.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ثالثاً: مستحقات أخرى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البند</w:t>
            </w:r>
          </w:p>
        </w:tc>
        <w:tc>
          <w:tcPr>
            <w:tcW w:type="dxa" w:w="328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الأساس</w:t>
            </w:r>
          </w:p>
        </w:tc>
        <w:tc>
          <w:tcPr>
            <w:tcW w:type="dxa" w:w="328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المبلغ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أجر رصيد الإجازة غير المستخدم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14 يوماً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أجر الشهر الأخير غير المصروف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سبتمبر 2026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مستحقات أخرى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3289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مجموع المستحقات الأخرى</w:t>
            </w:r>
          </w:p>
        </w:tc>
        <w:tc>
          <w:tcPr>
            <w:tcW w:type="dxa" w:w="3289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3289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مكافأة نهاية الخدمة المستحقة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المستحقات الأخرى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إجمالي ما يُصرف للعامل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رابعاً: الإقرار بالاستلام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أقر أنا ................ باستلام إجمالي المبلغ المبين أعلاه بتاريخ ................ عن طريق .................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الصرف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تاريخ الصرف: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طريقة الصرف: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 صاحب العمل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العامل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استرشادي لحساب المستحقات، ويُراجع مع العقد وأي اتفاق مكتوب بين الطرفين.</w:t>
      </w:r>
    </w:p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بيان مستحقات نهاية الخدمة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