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مسير الرواتب الشهري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المسير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شهر المسير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الصرف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المسير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اسم الموظف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الجنسية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الأساسي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السكن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بدلات أخرى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الإجمالي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حصة التأمينات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استقطاعات أخرى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الصافي</w:t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الشهر</w:t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الأجور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الاستقطاعات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الرواتب المحولة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مطابقة: الإجمالي ناقص الاستقطاعات ناقص الصافي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أسباب الاستقطاعات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أسباب الاستقطاعات: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أعده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 المدير المالي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اعتمده المدير العام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مسير الرواتب الشهري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