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مستخلص أعمال جاري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المقاول وصاحب العمل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المقاول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للمقاول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صاحب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المستخلص والعقد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المشروع ورقم العقد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المستخلص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نهاية فترة القياس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نسبة المحتجز %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نسبة استرداد الدفعة المقدمة %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الوحدة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كمية العقد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سعر الوحدة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الكمية السابقة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الكمية الحالية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الكمية التراكمية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قيمة الأعمال الحالية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القيمة التراكمية</w:t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الأعمال</w:t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الأعمال المنفذة حتى تاريخه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يُخصم: إجمالي المستخلصات السابقة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قيمة المستخلص الحالي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يُخصم: استرداد الدفعة المقدمة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الصافي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15٪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يُخصم: المحتجز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المستحق الدفع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المقاول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المهندس المشرف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اعتماد صاحب العمل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مستخلص أعمال جاري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