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كشف راتب شهري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صاحب العمل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الموظف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الموظف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المسمى الوظيفي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الآيبان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فترة الراتب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الشهر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التحويل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القسيمة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أساس الحساب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9867"/>
            <w:gridSpan w:val="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المستحقات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الأجر الأساسي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حسب العقد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بدل السكن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نقدي شهري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بدل النقل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نقدي شهري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عمل إضافي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عدد الساعات وأجرها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المستحقات</w:t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7"/>
            <w:gridSpan w:val="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الاستقطاعات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حصة الموظف في التأمينات الاجتماعية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9.75% من 10,000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قسط سلفة من صاحب العمل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القسط 4 من 10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غياب أو جزاء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السبب والتاريخ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الاستقطاعات</w:t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المستحقات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الاستقطاعات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الراتب المحول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إدارة الموارد البشرية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استلمه الموظف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كشف راتب شهري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