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كشف حساب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من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هاتف التحصيل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إلى 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حساب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فترة الكشف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من 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إلى 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الرصيد الافتتاحي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المستند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مدين (فواتير)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دائن (دفعات وإشعارات)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الرصيد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الحركات</w:t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الافتتاحي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الفواتير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الدفعات والإشعارات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الرصيد المستحق في نهاية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إقرار العميل بالرصيد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نرجو مطابقة الكشف مع سجلاتكم وإبلاغنا بأي ملاحظة خلال أسبوعين من تاريخ استلامه.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كشف حساب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