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كارت صنف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 والمستودع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المستودع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الصنف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رمز الصنف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الصنف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وحدة القياس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حد إعادة الطلب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المستند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كمية الوارد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تكلفة وحدة الوارد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كمية الصادر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رصيد الكمية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قيمة الرصيد</w:t>
            </w:r>
          </w:p>
        </w:tc>
        <w:tc>
          <w:tcPr>
            <w:tcW w:type="dxa" w:w="1096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متوسط تكلفة الوحدة</w:t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09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الحركة</w:t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09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رصيد الكمية آخر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الكمية فوق حد إعادة الطلب (السالب يعني اطلب الآن)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أمين المستودع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مراجع المخزون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كارت صنف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