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قائمة الدخل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النشاط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فترة القائمة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 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الإطار المحاسبي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</w:t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الإيرادات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مبيعات الأطعمة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مبيعات المشروبات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مردودات وخصومات المبيعات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صافي الإيرادات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تكلفة المبيعات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مواد غذائية مستهلكة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مشروبات ومواد تغليف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تكلفة المبيعات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المصروفات التشغيلية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رواتب وأجور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إيجار الفرعين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كهرباء وماء وغاز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تسويق وعمولات تطبيقات التوصيل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إهلاك معدات المطبخ والأثاث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مصروفات إدارية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المصروفات التشغيلية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بنود أخرى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إيرادات أخرى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تكاليف تمويل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صافي البنود الأخرى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مجمل الربح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الربح التشغيلي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الربح قبل الزكاة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هامش مجمل الربح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هامش الربح التشغيلي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هامش صافي الربح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أعدّها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اعتمدها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قائمة الدخل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