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قائمة التدفقات النقدية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المنشأة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الفترة والأرصدة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 الفترة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النقد في أول الفترة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النقد في الميزانية آخر الفترة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البند</w:t>
            </w:r>
          </w:p>
        </w:tc>
        <w:tc>
          <w:tcPr>
            <w:tcW w:type="dxa" w:w="49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المبلغ</w:t>
            </w:r>
          </w:p>
        </w:tc>
      </w:tr>
      <w:tr>
        <w:tc>
          <w:tcPr>
            <w:tcW w:type="dxa" w:w="9866"/>
            <w:gridSpan w:val="2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التدفقات من الأنشطة التشغيلية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صافي الربح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يضاف: إهلاك الشاحنات والمعدات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الزيادة في الذمم المدينة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النقص في مخزون قطع الغيار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الزيادة في الذمم الدائنة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صافي النقد من الأنشطة التشغيلية</w:t>
            </w:r>
          </w:p>
        </w:tc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  <w:tr>
        <w:tc>
          <w:tcPr>
            <w:tcW w:type="dxa" w:w="9866"/>
            <w:gridSpan w:val="2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التدفقات من الأنشطة الاستثمارية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شراء شاحنات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متحصلات بيع شاحنة مستعملة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صافي النقد من الأنشطة الاستثمارية</w:t>
            </w:r>
          </w:p>
        </w:tc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  <w:tr>
        <w:tc>
          <w:tcPr>
            <w:tcW w:type="dxa" w:w="9866"/>
            <w:gridSpan w:val="2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التدفقات من الأنشطة التمويلية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قرض بنكي جديد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سداد أقساط القروض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مسحوبات الشركاء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صافي النقد من الأنشطة التمويلية</w:t>
            </w:r>
          </w:p>
        </w:tc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صافي التغير في النقد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النقد في أول الفترة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النقد في آخر الفترة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المطابقة مع رصيد الميزانية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أعدّها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راجعها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قائمة التدفقات النقدية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