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 مبسطة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المطعم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المطعم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الفرع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الطلب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الوقت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نوع الطلب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الطاولة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الطبق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المنيو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رسالة أسفل الفاتورة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رسالة أسفل الفاتورة: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معاينة للطلب دون رمز استجابة سريعة. إيصال الزبون الفعلي يخرج برمزه من نظام نقاط البيع الذي يصدر الفاتورة الإلكترونية.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 مبسطة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