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 بيع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البائع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البائع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البائع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التسجيل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الفرع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المشتري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المشتري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المشتري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الفاتورة والدفع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المسلسل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التاريخ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طريقة السداد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سعر الصرف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الصنف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الكمية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سعر الوحدة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(14%)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جنيه مصري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ملاحظات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المبلغ كتابةً: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البائع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المستلم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هذه الفاتورة الورقية لا تُغني عن الفاتورة الإلكترونية في البيع لمنشأة تريد خصم الضريبة.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بيع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