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التاجر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المحل أو الشركة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التوصيل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التعامل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التعامل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الدفع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الصنف والمواصفات والمنشأ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</w:t>
            </w:r>
          </w:p>
        </w:tc>
        <w:tc>
          <w:tcPr>
            <w:tcW w:type="dxa" w:w="197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97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دينار كويتي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الضمان والملاحظات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الضمان والملاحظات: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البائع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