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المستهلك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المستهلك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التسليم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التاريخ والتسليم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التسليم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نوع المنتج ووصفه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 بالريال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قطري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المورد أو ختمه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المستلم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