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المورد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الفاتورة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وقت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التوريد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الوصف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الخصم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الختم والتوقيع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المستلم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