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فاتورة ضريبية مبسطة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المتجر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المتجر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عنوان المتجر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العميل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العميل أو جواله (اختياري)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بيانات العملية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الفاتورة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التاريخ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الوقت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طريقة الدفع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الصنف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العدد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السعر شامل الضريبة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الضريبة %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سياسة الاستبدال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سياسة الاستبدال: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الأسعار شاملة ضريبة القيمة المضافة 15٪، والضريبة الظاهرة مستخرجة منها.</w:t>
      </w:r>
    </w:p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فاتورة ضريبية مبسطة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