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 مبسطة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الصيدلية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الصيدلية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المريض أو 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الوصفة (إن وجدت)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العملية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الإيصال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الوقت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الصيدلي المناوب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 للمستهلك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نسبة الضريبة %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تعليمات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تعليمات: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 مبسطة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