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المورد (الوسوم 1 و2)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البائع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تسجيل ضريبة القيمة المضافة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البائع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المشتري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للمشتري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المشتري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الإصدار (الوسم 3)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التسلسلي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وقت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الوصف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9866"/>
      </w:tblGrid>
      <w:tr>
        <w:tc>
          <w:tcPr>
            <w:tcW w:type="dxa" w:w="98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9866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البائع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تعليمي لحقول المرحلة الأولى. فاتورة المرحلة الثانية لا تصدر إلا من نظام مرتبط بمنصة فاتورة.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