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عرض وظيفي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الجهة صاحبة العرض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الشركة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المدينة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المرشح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المرشح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الهوية أو الإقامة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الجوال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تفاصيل العرض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الوظيفة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الإدارة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مكان العمل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المباشرة المقترح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نوع العقد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فترة التجربة بالأيام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العرض صالح حتى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إلى: ................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يسر ................ أن تعرض عليكم الانضمام إليها بوظيفة ................ في إدارة ................، ومكان العمل ................، على أن تكون المباشرة في .................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أولاً: الأجر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يبلغ الأجر الشهري الإجمالي ................ ريال، أي ................ ريال في السنة، ومكوناته كما يلي: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المكوّن</w:t>
            </w:r>
          </w:p>
        </w:tc>
        <w:tc>
          <w:tcPr>
            <w:tcW w:type="dxa" w:w="328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شهرياً (ريال)</w:t>
            </w:r>
          </w:p>
        </w:tc>
        <w:tc>
          <w:tcPr>
            <w:tcW w:type="dxa" w:w="328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سنوياً (ريال)</w:t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الراتب الأساسي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بدل السكن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بدل النقل</w:t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328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الشهري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السنوي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ثانياً: العقد وفترة التجربة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يُبرم معكم عقد ................، وتُكتب فيه فترة تجربة مدتها ................ يوماً من يوم المباشرة.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ثالثاً: المزايا وشروط المباشرة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المزايا وشروط المباشرة مبينة أسفل هذا الخطاب، وتُنقل كلها إلى عقد العمل.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رابعاً: مدة العرض والخطوة التالية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يبقى هذا العرض قائماً حتى ................. وبعد قبولكم ترسل الشركة عقد العمل عبر منصة قوى بالشروط نفسها لتوافقوا عليه، والعقد الموثق هو المرجع في العلاقة بين الطرفين.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المزايا وشروط المباشرة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المزايا: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شروط المباشرة: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مدير الموارد البشرية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المرشح: أوافق على العرض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وظيفي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