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color w:val="0B2063"/>
          <w:sz w:val="40"/>
          <w:rtl w:val="1"/>
          <w:szCs w:val="40"/>
          <w:bCs/>
        </w:rPr>
        <w:t>شهادة خبرة</w:t>
      </w:r>
    </w:p>
    <w:p>
      <w:pPr>
        <w:bidi w:val="1"/>
        <w:jc w:val="right"/>
      </w:pPr>
      <w:r>
        <w:rPr>
          <w:rFonts w:ascii="Arial" w:hAnsi="Arial" w:cs="Arial"/>
          <w:b/>
          <w:color w:val="0B2063"/>
          <w:sz w:val="24"/>
          <w:rtl w:val="1"/>
          <w:szCs w:val="24"/>
          <w:bCs/>
        </w:rPr>
        <w:t>المنشأة المصدرة</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المنشأة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السجل التجاري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هاتف للتحقق</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صاحب الشهادة</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الموظف</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الهوية أو الإقامة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الجنسية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المهنة أو المسمى الوظيفي</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مدة العمل والصيغة</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تاريخ الإصدار</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تاريخ الالتحاق</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تاريخ انتهاء العمل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الأجر الأخير الشهري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فقرة إضافية عن المهام</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صيغة الختام</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إلى من يهمه الأمر</w:t>
      </w:r>
    </w:p>
    <w:p>
      <w:pPr>
        <w:bidi w:val="1"/>
        <w:jc w:val="right"/>
      </w:pPr>
      <w:r>
        <w:rPr>
          <w:rFonts w:ascii="Arial" w:hAnsi="Arial" w:cs="Arial"/>
          <w:b w:val="0"/>
          <w:sz w:val="22"/>
          <w:rtl w:val="1"/>
          <w:szCs w:val="22"/>
        </w:rPr>
        <w:t>تشهد ................، سجل تجاري رقم ................، بأن ................، ................ الجنسية، رقم الهوية أو الإقامة ................، عمل لديها بمهنة ................ خلال المدة من ................ حتى ................، وكان أجره الشهري الأخير ................ ريال.</w:t>
      </w:r>
    </w:p>
    <w:p>
      <w:pPr>
        <w:bidi w:val="1"/>
        <w:jc w:val="right"/>
      </w:pPr>
      <w:r>
        <w:rPr>
          <w:rFonts w:ascii="Arial" w:hAnsi="Arial" w:cs="Arial"/>
          <w:b w:val="0"/>
          <w:sz w:val="22"/>
          <w:rtl w:val="1"/>
          <w:szCs w:val="22"/>
        </w:rPr>
        <w:t>................</w:t>
      </w:r>
    </w:p>
    <w:p>
      <w:pPr>
        <w:bidi w:val="1"/>
        <w:jc w:val="right"/>
      </w:pPr>
      <w:r>
        <w:rPr>
          <w:rFonts w:ascii="Arial" w:hAnsi="Arial" w:cs="Arial"/>
          <w:b w:val="0"/>
          <w:sz w:val="22"/>
          <w:rtl w:val="1"/>
          <w:szCs w:val="22"/>
        </w:rPr>
        <w:t>................</w:t>
      </w:r>
    </w:p>
    <w:p>
      <w:pPr>
        <w:bidi w:val="1"/>
        <w:jc w:val="right"/>
      </w:pPr>
      <w:r>
        <w:rPr>
          <w:rFonts w:ascii="Arial" w:hAnsi="Arial" w:cs="Arial"/>
          <w:b w:val="0"/>
          <w:sz w:val="22"/>
          <w:rtl w:val="1"/>
          <w:szCs w:val="22"/>
        </w:rPr>
        <w:t>وللتحقق من صحة هذه الشهادة يمكن الاتصال على الرقم .................</w:t>
      </w:r>
    </w:p>
    <w:p/>
    <w:tbl>
      <w:tblPr>
        <w:tblW w:type="auto" w:w="0"/>
        <w:jc w:val="center"/>
        <w:tblLook w:firstColumn="1" w:firstRow="1" w:lastColumn="0" w:lastRow="0" w:noHBand="0" w:noVBand="1" w:val="04A0"/>
        <w:bidiVisual w:val="1"/>
      </w:tblPr>
      <w:tblGrid>
        <w:gridCol w:w="4933"/>
        <w:gridCol w:w="4933"/>
      </w:tblGrid>
      <w:tr>
        <w:tc>
          <w:tcPr>
            <w:tcW w:type="dxa" w:w="4933"/>
          </w:tcPr>
          <w:p>
            <w:pPr>
              <w:bidi w:val="1"/>
              <w:jc w:val="right"/>
            </w:pPr>
            <w:r>
              <w:rPr>
                <w:rFonts w:ascii="Arial" w:hAnsi="Arial" w:cs="Arial"/>
                <w:b w:val="0"/>
                <w:sz w:val="20"/>
                <w:rtl w:val="1"/>
                <w:szCs w:val="20"/>
              </w:rPr>
              <w:br/>
              <w:br/>
            </w:r>
          </w:p>
        </w:tc>
        <w:tc>
          <w:tcPr>
            <w:tcW w:type="dxa" w:w="4933"/>
          </w:tcPr>
          <w:p>
            <w:pPr>
              <w:bidi w:val="1"/>
              <w:jc w:val="right"/>
            </w:pPr>
            <w:r>
              <w:rPr>
                <w:rFonts w:ascii="Arial" w:hAnsi="Arial" w:cs="Arial"/>
                <w:b w:val="0"/>
                <w:sz w:val="20"/>
                <w:rtl w:val="1"/>
                <w:szCs w:val="20"/>
              </w:rPr>
              <w:br/>
              <w:br/>
            </w:r>
          </w:p>
        </w:tc>
      </w:tr>
      <w:tr>
        <w:tc>
          <w:tcPr>
            <w:tcW w:type="dxa" w:w="4933"/>
            <w:tcBorders>
              <w:top w:val="single" w:sz="6" w:color="0B2063"/>
            </w:tcBorders>
          </w:tcPr>
          <w:p>
            <w:pPr>
              <w:bidi w:val="1"/>
              <w:jc w:val="right"/>
            </w:pPr>
            <w:r>
              <w:rPr>
                <w:rFonts w:ascii="Arial" w:hAnsi="Arial" w:cs="Arial"/>
                <w:b w:val="0"/>
                <w:color w:val="5B6688"/>
                <w:sz w:val="20"/>
                <w:rtl w:val="1"/>
                <w:szCs w:val="20"/>
              </w:rPr>
              <w:t>مدير الموارد البشرية</w:t>
            </w:r>
          </w:p>
        </w:tc>
        <w:tc>
          <w:tcPr>
            <w:tcW w:type="dxa" w:w="4933"/>
            <w:tcBorders>
              <w:top w:val="single" w:sz="6" w:color="0B2063"/>
            </w:tcBorders>
          </w:tcPr>
          <w:p>
            <w:pPr>
              <w:bidi w:val="1"/>
              <w:jc w:val="right"/>
            </w:pPr>
            <w:r>
              <w:rPr>
                <w:rFonts w:ascii="Arial" w:hAnsi="Arial" w:cs="Arial"/>
                <w:b w:val="0"/>
                <w:color w:val="5B6688"/>
                <w:sz w:val="20"/>
                <w:rtl w:val="1"/>
                <w:szCs w:val="20"/>
              </w:rPr>
              <w:t>ختم المنشأة</w:t>
            </w:r>
          </w:p>
        </w:tc>
      </w:tr>
    </w:tbl>
    <w:p>
      <w:pPr>
        <w:bidi w:val="1"/>
        <w:jc w:val="right"/>
      </w:pPr>
      <w:r>
        <w:rPr>
          <w:rFonts w:ascii="Arial" w:hAnsi="Arial" w:cs="Arial"/>
          <w:b w:val="0"/>
          <w:color w:val="5B6688"/>
          <w:sz w:val="16"/>
          <w:rtl w:val="1"/>
          <w:szCs w:val="16"/>
        </w:rPr>
        <w:t>نموذج من دفترة دوت كوم</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شهادة خبرة</dc:title>
  <dc:subject/>
  <dc:creator>دفترة دوت كوم</dc:creator>
  <cp:keywords/>
  <dc:description>generated by python-docx</dc:description>
  <cp:lastModifiedBy/>
  <cp:revision>1</cp:revision>
  <dcterms:created xsi:type="dcterms:W3CDTF">2013-12-23T23:15:00Z</dcterms:created>
  <dcterms:modified xsi:type="dcterms:W3CDTF">2013-12-23T23:15:00Z</dcterms:modified>
  <cp:category/>
</cp:coreProperties>
</file>