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دفتر اليومية العامة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الصفحة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الشهر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الصفحة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التاريخ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رقم القيد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الحساب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البيان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مدين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دائن</w:t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مجموع المدين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مجموع الدائن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توازن الصفحة (المدين ناقص الدائن)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أعدّه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راجعه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دفتر اليومية العامة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