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دفتر الأستاذ: بطاقة حساب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الحساب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الحساب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الحساب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الفترة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الرصيد الافتتاحي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التاريخ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البيان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المرجع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مدين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دائن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الرصيد</w:t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الحركات</w:t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الرصيد الافتتاحي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المدين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الدائن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الرصيد الختامي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9866"/>
      </w:tblGrid>
      <w:tr>
        <w:tc>
          <w:tcPr>
            <w:tcW w:type="dxa" w:w="986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9866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المحاسب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دفتر الأستاذ: بطاقة حساب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