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دراسة جدوى مشروع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صاحب المشروع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صاحب المشروع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التواصل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الدراسة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المشروع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المدينة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تاريخ الدراسة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تعرض هذه الدراسة جدوى مشروع ................ في ................، وقد أعدت بتاريخ ................ لصالح .................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أولاً: وصف المشروع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ثانياً: دراسة السوق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ثالثاً: الدراسة الفنية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رابعاً: الدراسة المالية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................ ويبين الجدول التالي تكاليف التأسيس والإيرادات والتكاليف السنوية المتوقعة.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البند</w:t>
            </w:r>
          </w:p>
        </w:tc>
        <w:tc>
          <w:tcPr>
            <w:tcW w:type="dxa" w:w="49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المبلغ (ريال)</w:t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تكاليف التأسيس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أفران وعجانات ومعدات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ديكور وتشطيب وواجهة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رخص وتأسيس وتصاميم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مخزون افتتاحي من المواد الخام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رأس مال عامل لثلاثة أشهر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إجمالي تكاليف التأسيس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الإيرادات السنوية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مبيعات الخبز والمعجنات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الحلويات والطلبات الخاصة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إجمالي الإيرادات السنوية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التكاليف السنوية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مواد خام وتغليف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رواتب ستة عمال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إيجار المحل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كهرباء ومياه وغاز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تسويق وتوصيل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صيانة ومصروفات أخرى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إجمالي التكاليف السنوية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رأس المال المطلوب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الربح التشغيلي السنوي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فترة الاسترداد البسيطة (سنة)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خامساً: الخلاصة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يحتاج المشروع رأس مال قدره ................ ريال، ويتوقع أن يحقق ربحاً تشغيلياً سنوياً قدره ................ ريال، فيسترد رأس المال في نحو ................ سنة إذا تحققت الافتراضات أعلاه.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محتوى الدراسة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وصف المشروع: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دراسة السوق: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الدراسة الفنية: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افتراضات الدراسة المالية: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معد الدراسة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صاحب المشروع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دراسة جدوى مشروع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