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خطة عمل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الخطة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مدة الخطة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الإعداد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معدة لـ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خطة عمل ................ في ................ للفترة ................، أعدت بتاريخ ................ وتعرض على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1. الملخص التنفيذي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2. المنتج أو الخدمة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3. السوق والمنافسون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4. التسويق والمبيعات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5. التشغيل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6. الفريق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7. الملخص المالي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السنة الأولى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السنة الثانية</w:t>
            </w:r>
          </w:p>
        </w:tc>
        <w:tc>
          <w:tcPr>
            <w:tcW w:type="dxa" w:w="246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السنة الثالثة</w:t>
            </w:r>
          </w:p>
        </w:tc>
      </w:tr>
      <w:tr>
        <w:tc>
          <w:tcPr>
            <w:tcW w:type="dxa" w:w="9864"/>
            <w:gridSpan w:val="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الإيرادات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عقود التنظيف الشهرية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خدمات لمرة واحدة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الإيرادات</w:t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4"/>
            <w:gridSpan w:val="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التكاليف</w:t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وسكن الفرق الميدانية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مواد ومعدات مستهلكة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نقل ووقود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إدارية وتسويق</w:t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24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التكاليف</w:t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246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الربح: السنة الأولى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الربح: السنة الثانية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الربح: السنة الثالثة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هامش الربح في السنة الثالثة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تتوقع الخطة ربحاً قدره ................ ريال في السنة الأولى، يرتفع إلى ................ ريال في السنة الثالثة.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أقسام الخطة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الملخص التنفيذي: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المنتج أو الخدمة: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السوق والمنافسون: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خطة التسويق والمبيعات: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التشغيل: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الفريق: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الملخص المالي: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المؤسس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الشريك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