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تعريف بالراتب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 المصدرة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هاتف الموارد البشرية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الموظف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الموظف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الجنسية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المسمى الوظيفي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الالتحاق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الخطاب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الخطاب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موجه إلى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السلام عليكم ورحمة الله وبركاته، وبعد: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تفيد ................ بأن ................، ................ الجنسية، رقم الهوية أو الإقامة ................، يعمل لديها بوظيفة ................ منذ ................، وما زال على رأس العمل حتى تاريخه.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ويتقاضى راتباً شهرياً إجمالياً قدره ................ ريال، تفصيله: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الراتب الأساسي: ................ ريال.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بدل السكن: ................ ريال.</w:t>
      </w:r>
    </w:p>
    <w:p>
      <w:pPr>
        <w:bidi w:val="1"/>
        <w:ind w:right="3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بدلات أخرى: ................ ريال.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وقد أُعطي هذا الخطاب بناءً على طلبه، دون أدنى مسؤولية على المنشأة تجاه الغير.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وتقبلوا خالص التحية.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مكونات الراتب الشهري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الراتب الأساسي: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بدل السكن: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بدلات أخرى: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مدير الموارد البشرية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ختم المنشأة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تعريف بالراتب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