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تذكير بموعد السداد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من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منشأتك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هاتف قسم الحسابات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إلى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عناية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التذكير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التذكير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المرجع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السادة ................، ................، تحية طيبة وبعد،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نشكركم على ثقتكم وتعاملكم المستمر معنا. ونود أن نذكركم بلطف بأن الفواتير التالية حلّ موعد سدادها، ولعلها فاتتكم مع زحمة الأعمال: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رقم الفاتورة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البيان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تاريخ الاستحقاق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المبلغ شامل الضريبة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الرصيد المستحق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يسعدنا استلام السداد بالطريقة التي تناسبكم: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تحويل بنكي إلى حساب ................، الآيبان .................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شيك باسم .................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الدفع في مقرنا نقداً أو بالبطاقة مقابل سند قبض.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وإذا كنتم قد سددتم المبلغ فنرجو إرسال صورة إشعار التحويل لنطابقه، مع اعتذارنا عن هذا التذكير. ولأي استفسار عن الفواتير يسعدنا إرسال نسخها أو كشف حساب مفصل، على الرقم .................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مع خالص الشكر والتقدير.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الدفع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اسم صاحب الحساب: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الآيبان: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9866"/>
      </w:tblGrid>
      <w:tr>
        <w:tc>
          <w:tcPr>
            <w:tcW w:type="dxa" w:w="98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9866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قسم الحسابات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تذكير بموعد السداد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