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سجل الحضور والانصراف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موقع العمل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الموظف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الموظف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الهوية أو الإقامة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الدوام المعتمد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الفترة وأجر الساعة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الشهر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أجر الساعة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أجر الساعة من الأجر الأساسي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التاريخ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اليوم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الحضور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الانصراف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ساعات العمل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منها إضافي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ملاحظات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40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الساعات</w:t>
            </w:r>
          </w:p>
        </w:tc>
        <w:tc>
          <w:tcPr>
            <w:tcW w:type="dxa" w:w="140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40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40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40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40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40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ساعات العمل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الساعات العادية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الساعات الإضافية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أجر الإضافي: الساعات × (أجر الساعة + 50% من أجر الساعة الأساسي)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 المشرف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 المشرف: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الموظف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المشرف المباشر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سجل الحضور والانصراف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