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كشف جرد المخزون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الموقع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الجرد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الجرد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لجنة الجرد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طريقة التكلفة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رمز الصنف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الصنف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الوحدة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الرصيد الدفتري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الكمية المعدودة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فرق الكمية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تكلفة الوحدة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قيمة الفرق</w:t>
            </w:r>
          </w:p>
        </w:tc>
      </w:tr>
      <w:tr>
        <w:tc>
          <w:tcPr>
            <w:tcW w:type="dxa" w:w="9864"/>
            <w:gridSpan w:val="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البن الأخضر والمحمص</w:t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فروق البن</w:t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4"/>
            <w:gridSpan w:val="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مواد التغليف</w:t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فروق التغليف</w:t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فروق الجرد بالقيمة (السالب عجز)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أمين المستودع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عضو اللجنة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المحاسب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كشف جرد المخزون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