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التدفق النقدي المتوقع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التوقع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فترة التوقع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الرصيد النقدي الافتتاحي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الإعداد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الشهر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التحصيل من العملاء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مقبوضات أخرى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المدفوعات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صافي الشهر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رصيد آخر الشهر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الفترة</w:t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الافتتاحي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النقد الداخل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إجمالي النقد الخارج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المتوقع في نهاية الفترة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الافتراضات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الافتراضات: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9866"/>
      </w:tblGrid>
      <w:tr>
        <w:tc>
          <w:tcPr>
            <w:tcW w:type="dxa" w:w="98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9866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أعده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التدفق النقدي المتوقع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