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center"/>
      </w:pPr>
      <w:r>
        <w:rPr>
          <w:rFonts w:ascii="Arial" w:hAnsi="Arial" w:cs="Arial"/>
          <w:b/>
          <w:color w:val="0B2063"/>
          <w:sz w:val="40"/>
          <w:rtl w:val="1"/>
          <w:szCs w:val="40"/>
          <w:bCs/>
        </w:rPr>
        <w:t>طلب استقالة</w:t>
      </w:r>
    </w:p>
    <w:p>
      <w:pPr>
        <w:bidi w:val="1"/>
        <w:jc w:val="right"/>
      </w:pPr>
      <w:r>
        <w:rPr>
          <w:rFonts w:ascii="Arial" w:hAnsi="Arial" w:cs="Arial"/>
          <w:b/>
          <w:color w:val="0B2063"/>
          <w:sz w:val="24"/>
          <w:rtl w:val="1"/>
          <w:szCs w:val="24"/>
          <w:bCs/>
        </w:rPr>
        <w:t>جهة العمل</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المنشأة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يوجه الخطاب إلى</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مقدم الاستقالة</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الموظف</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رقم الهوية أو الإقامة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الرقم الوظيفي</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المسمى الوظيفي</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بيانات الاستقالة</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تاريخ تقديم الاستقالة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نوع العقد</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مدة الإشعار بالأيام</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آخر يوم عمل</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سبب الاستقالة</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val="0"/>
          <w:sz w:val="22"/>
          <w:rtl w:val="1"/>
          <w:szCs w:val="22"/>
        </w:rPr>
        <w:t>السادة ................</w:t>
      </w:r>
    </w:p>
    <w:p>
      <w:pPr>
        <w:bidi w:val="1"/>
        <w:jc w:val="right"/>
      </w:pPr>
      <w:r>
        <w:rPr>
          <w:rFonts w:ascii="Arial" w:hAnsi="Arial" w:cs="Arial"/>
          <w:b w:val="0"/>
          <w:sz w:val="22"/>
          <w:rtl w:val="1"/>
          <w:szCs w:val="22"/>
        </w:rPr>
        <w:t>عناية: ................</w:t>
      </w:r>
    </w:p>
    <w:p>
      <w:pPr>
        <w:bidi w:val="1"/>
        <w:jc w:val="right"/>
      </w:pPr>
      <w:r>
        <w:rPr>
          <w:rFonts w:ascii="Arial" w:hAnsi="Arial" w:cs="Arial"/>
          <w:b w:val="0"/>
          <w:sz w:val="22"/>
          <w:rtl w:val="1"/>
          <w:szCs w:val="22"/>
        </w:rPr>
        <w:t>السلام عليكم ورحمة الله وبركاته، وبعد:</w:t>
      </w:r>
    </w:p>
    <w:p>
      <w:pPr>
        <w:bidi w:val="1"/>
        <w:jc w:val="right"/>
      </w:pPr>
      <w:r>
        <w:rPr>
          <w:rFonts w:ascii="Arial" w:hAnsi="Arial" w:cs="Arial"/>
          <w:b w:val="0"/>
          <w:sz w:val="22"/>
          <w:rtl w:val="1"/>
          <w:szCs w:val="22"/>
        </w:rPr>
        <w:t>أتقدم أنا ................، رقم الهوية أو الإقامة ................، الرقم الوظيفي ................، العامل لديكم بوظيفة ................ بعقد ................، باستقالتي من العمل. وألتزم بمدة إشعار قدرها ................ يوماً من تاريخ هذا الخطاب، على أن يكون آخر يوم عمل لي .................</w:t>
      </w:r>
    </w:p>
    <w:p>
      <w:pPr>
        <w:bidi w:val="1"/>
        <w:jc w:val="right"/>
      </w:pPr>
      <w:r>
        <w:rPr>
          <w:rFonts w:ascii="Arial" w:hAnsi="Arial" w:cs="Arial"/>
          <w:b w:val="0"/>
          <w:sz w:val="22"/>
          <w:rtl w:val="1"/>
          <w:szCs w:val="22"/>
        </w:rPr>
        <w:t>سبب الاستقالة: ................</w:t>
      </w:r>
    </w:p>
    <w:p>
      <w:pPr>
        <w:bidi w:val="1"/>
        <w:jc w:val="right"/>
      </w:pPr>
      <w:r>
        <w:rPr>
          <w:rFonts w:ascii="Arial" w:hAnsi="Arial" w:cs="Arial"/>
          <w:b w:val="0"/>
          <w:sz w:val="22"/>
          <w:rtl w:val="1"/>
          <w:szCs w:val="22"/>
        </w:rPr>
        <w:t>وأرجو منكم عند انتهاء العلاقة ما يلي:</w:t>
      </w:r>
    </w:p>
    <w:p>
      <w:pPr>
        <w:bidi w:val="1"/>
        <w:ind w:right="340"/>
        <w:jc w:val="right"/>
      </w:pPr>
      <w:r>
        <w:rPr>
          <w:rFonts w:ascii="Arial" w:hAnsi="Arial" w:cs="Arial"/>
          <w:b w:val="0"/>
          <w:sz w:val="22"/>
          <w:rtl w:val="1"/>
          <w:szCs w:val="22"/>
        </w:rPr>
        <w:t>1. صرف أجري حتى آخر يوم عمل، ومكافأة نهاية الخدمة بحسب مدة خدمتي، وأجر رصيد الإجازة غير المستخدم، وسائر مستحقاتي النظامية.</w:t>
      </w:r>
    </w:p>
    <w:p>
      <w:pPr>
        <w:bidi w:val="1"/>
        <w:ind w:right="340"/>
        <w:jc w:val="right"/>
      </w:pPr>
      <w:r>
        <w:rPr>
          <w:rFonts w:ascii="Arial" w:hAnsi="Arial" w:cs="Arial"/>
          <w:b w:val="0"/>
          <w:sz w:val="22"/>
          <w:rtl w:val="1"/>
          <w:szCs w:val="22"/>
        </w:rPr>
        <w:t>2. إعطائي شهادة خدمة توضح تاريخ التحاقي وتاريخ انتهاء عملي ومهنتي ومقدار أجري الأخير.</w:t>
      </w:r>
    </w:p>
    <w:p>
      <w:pPr>
        <w:bidi w:val="1"/>
        <w:ind w:right="340"/>
        <w:jc w:val="right"/>
      </w:pPr>
      <w:r>
        <w:rPr>
          <w:rFonts w:ascii="Arial" w:hAnsi="Arial" w:cs="Arial"/>
          <w:b w:val="0"/>
          <w:sz w:val="22"/>
          <w:rtl w:val="1"/>
          <w:szCs w:val="22"/>
        </w:rPr>
        <w:t>3. إعادة ما أودعته لديكم من شهادات ووثائق.</w:t>
      </w:r>
    </w:p>
    <w:p>
      <w:pPr>
        <w:bidi w:val="1"/>
        <w:jc w:val="right"/>
      </w:pPr>
      <w:r>
        <w:rPr>
          <w:rFonts w:ascii="Arial" w:hAnsi="Arial" w:cs="Arial"/>
          <w:b w:val="0"/>
          <w:sz w:val="22"/>
          <w:rtl w:val="1"/>
          <w:szCs w:val="22"/>
        </w:rPr>
        <w:t>وأتعهد بتسليم ما في عهدتي وإنجاز ما يُطلب مني من أعمال خلال مدة الإشعار. وأشكركم على ما أتيح لي من فرص خلال عملي معكم.</w:t>
      </w:r>
    </w:p>
    <w:p>
      <w:pPr>
        <w:bidi w:val="1"/>
        <w:jc w:val="right"/>
      </w:pPr>
      <w:r>
        <w:rPr>
          <w:rFonts w:ascii="Arial" w:hAnsi="Arial" w:cs="Arial"/>
          <w:b/>
          <w:color w:val="0B2063"/>
          <w:sz w:val="24"/>
          <w:rtl w:val="1"/>
          <w:szCs w:val="24"/>
          <w:bCs/>
        </w:rPr>
        <w:t>التواصل بعد المغادرة</w:t>
      </w:r>
    </w:p>
    <w:p>
      <w:pPr>
        <w:bidi w:val="1"/>
        <w:jc w:val="right"/>
      </w:pPr>
      <w:r>
        <w:rPr>
          <w:rFonts w:ascii="Arial" w:hAnsi="Arial" w:cs="Arial"/>
          <w:b/>
          <w:sz w:val="22"/>
          <w:rtl w:val="1"/>
          <w:szCs w:val="22"/>
          <w:bCs/>
        </w:rPr>
        <w:t xml:space="preserve">رقم الجوال: </w:t>
      </w:r>
      <w:r>
        <w:rPr>
          <w:rFonts w:ascii="Arial" w:hAnsi="Arial" w:cs="Arial"/>
          <w:b w:val="0"/>
          <w:color w:val="9AA4C4"/>
          <w:sz w:val="22"/>
          <w:rtl w:val="1"/>
          <w:szCs w:val="22"/>
        </w:rPr>
        <w:t>......................................................................</w:t>
      </w:r>
    </w:p>
    <w:p>
      <w:pPr>
        <w:bidi w:val="1"/>
        <w:jc w:val="right"/>
      </w:pPr>
      <w:r>
        <w:rPr>
          <w:rFonts w:ascii="Arial" w:hAnsi="Arial" w:cs="Arial"/>
          <w:b/>
          <w:sz w:val="22"/>
          <w:rtl w:val="1"/>
          <w:szCs w:val="22"/>
          <w:bCs/>
        </w:rPr>
        <w:t xml:space="preserve">البريد الإلكتروني الشخصي: </w:t>
      </w:r>
      <w:r>
        <w:rPr>
          <w:rFonts w:ascii="Arial" w:hAnsi="Arial" w:cs="Arial"/>
          <w:b w:val="0"/>
          <w:color w:val="9AA4C4"/>
          <w:sz w:val="22"/>
          <w:rtl w:val="1"/>
          <w:szCs w:val="22"/>
        </w:rPr>
        <w:t>......................................................................</w:t>
      </w:r>
    </w:p>
    <w:p/>
    <w:tbl>
      <w:tblPr>
        <w:tblW w:type="auto" w:w="0"/>
        <w:jc w:val="center"/>
        <w:tblLook w:firstColumn="1" w:firstRow="1" w:lastColumn="0" w:lastRow="0" w:noHBand="0" w:noVBand="1" w:val="04A0"/>
        <w:bidiVisual w:val="1"/>
      </w:tblPr>
      <w:tblGrid>
        <w:gridCol w:w="4933"/>
        <w:gridCol w:w="4933"/>
      </w:tblGrid>
      <w:tr>
        <w:tc>
          <w:tcPr>
            <w:tcW w:type="dxa" w:w="4933"/>
          </w:tcPr>
          <w:p>
            <w:pPr>
              <w:bidi w:val="1"/>
              <w:jc w:val="right"/>
            </w:pPr>
            <w:r>
              <w:rPr>
                <w:rFonts w:ascii="Arial" w:hAnsi="Arial" w:cs="Arial"/>
                <w:b w:val="0"/>
                <w:sz w:val="20"/>
                <w:rtl w:val="1"/>
                <w:szCs w:val="20"/>
              </w:rPr>
              <w:br/>
              <w:br/>
            </w:r>
          </w:p>
        </w:tc>
        <w:tc>
          <w:tcPr>
            <w:tcW w:type="dxa" w:w="4933"/>
          </w:tcPr>
          <w:p>
            <w:pPr>
              <w:bidi w:val="1"/>
              <w:jc w:val="right"/>
            </w:pPr>
            <w:r>
              <w:rPr>
                <w:rFonts w:ascii="Arial" w:hAnsi="Arial" w:cs="Arial"/>
                <w:b w:val="0"/>
                <w:sz w:val="20"/>
                <w:rtl w:val="1"/>
                <w:szCs w:val="20"/>
              </w:rPr>
              <w:br/>
              <w:br/>
            </w:r>
          </w:p>
        </w:tc>
      </w:tr>
      <w:tr>
        <w:tc>
          <w:tcPr>
            <w:tcW w:type="dxa" w:w="4933"/>
            <w:tcBorders>
              <w:top w:val="single" w:sz="6" w:color="0B2063"/>
            </w:tcBorders>
          </w:tcPr>
          <w:p>
            <w:pPr>
              <w:bidi w:val="1"/>
              <w:jc w:val="right"/>
            </w:pPr>
            <w:r>
              <w:rPr>
                <w:rFonts w:ascii="Arial" w:hAnsi="Arial" w:cs="Arial"/>
                <w:b w:val="0"/>
                <w:color w:val="5B6688"/>
                <w:sz w:val="20"/>
                <w:rtl w:val="1"/>
                <w:szCs w:val="20"/>
              </w:rPr>
              <w:t>مقدم الاستقالة</w:t>
            </w:r>
          </w:p>
        </w:tc>
        <w:tc>
          <w:tcPr>
            <w:tcW w:type="dxa" w:w="4933"/>
            <w:tcBorders>
              <w:top w:val="single" w:sz="6" w:color="0B2063"/>
            </w:tcBorders>
          </w:tcPr>
          <w:p>
            <w:pPr>
              <w:bidi w:val="1"/>
              <w:jc w:val="right"/>
            </w:pPr>
            <w:r>
              <w:rPr>
                <w:rFonts w:ascii="Arial" w:hAnsi="Arial" w:cs="Arial"/>
                <w:b w:val="0"/>
                <w:color w:val="5B6688"/>
                <w:sz w:val="20"/>
                <w:rtl w:val="1"/>
                <w:szCs w:val="20"/>
              </w:rPr>
              <w:t>المستلم عن المنشأة (الاسم والتاريخ)</w:t>
            </w:r>
          </w:p>
        </w:tc>
      </w:tr>
    </w:tbl>
    <w:p>
      <w:pPr>
        <w:bidi w:val="1"/>
        <w:jc w:val="right"/>
      </w:pPr>
      <w:r>
        <w:rPr>
          <w:rFonts w:ascii="Arial" w:hAnsi="Arial" w:cs="Arial"/>
          <w:b w:val="0"/>
          <w:color w:val="5B6688"/>
          <w:sz w:val="16"/>
          <w:rtl w:val="1"/>
          <w:szCs w:val="16"/>
        </w:rPr>
        <w:t>صيغة استرشادية لخطاب الاستقالة، تُعدّل بحسب عقد العمل ولائحة تنظيم العمل في المنشأة.</w:t>
      </w:r>
    </w:p>
    <w:p>
      <w:pPr>
        <w:bidi w:val="1"/>
        <w:jc w:val="right"/>
      </w:pPr>
      <w:r>
        <w:rPr>
          <w:rFonts w:ascii="Arial" w:hAnsi="Arial" w:cs="Arial"/>
          <w:b w:val="0"/>
          <w:color w:val="5B6688"/>
          <w:sz w:val="16"/>
          <w:rtl w:val="1"/>
          <w:szCs w:val="16"/>
        </w:rPr>
        <w:t>نموذج من دفترة دوت كوم</w:t>
      </w:r>
    </w:p>
    <w:sectPr w:rsidR="00FC693F" w:rsidRPr="0006063C" w:rsidSect="00034616">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طلب استقالة</dc:title>
  <dc:subject/>
  <dc:creator>دفترة دوت كوم</dc:creator>
  <cp:keywords/>
  <dc:description>generated by python-docx</dc:description>
  <cp:lastModifiedBy/>
  <cp:revision>1</cp:revision>
  <dcterms:created xsi:type="dcterms:W3CDTF">2013-12-23T23:15:00Z</dcterms:created>
  <dcterms:modified xsi:type="dcterms:W3CDTF">2013-12-23T23:15:00Z</dcterms:modified>
  <cp:category/>
</cp:coreProperties>
</file>