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إيصال استلام نقدية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المستلم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المستلم أو المنشأة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جوال المستلم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الدافع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استلمت من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الإيصال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الإيصال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التاريخ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المبلغ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الطريقة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سبب الدفع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وذلك مقابل: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المبلغ كتابةً: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................................................................................</w:t>
      </w:r>
    </w:p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توقيع المستلم</w:t>
            </w:r>
          </w:p>
        </w:tc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توقيع الدافع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إيصال استلام نقدية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