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إشعار مدين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بيانات المورد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المورد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التسجيل الضريبي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عنوان المورد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بيانات العميل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العميل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رقمه الضريبي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عنوانه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مرجع الإشعار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الإشعار المدين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الإصدار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الوقت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الفاتورة المعدّلة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تلك الفاتورة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سبب الزيادة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#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بيان الزيادة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العدد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الوحدة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المبلغ للوحدة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الضريبة %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الإجمالي</w:t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2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3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4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5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6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7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8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9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10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المجموع قبل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ضريبة القيمة المضافة (15%)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الإجمالي شامل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8"/>
          <w:rtl w:val="1"/>
          <w:szCs w:val="18"/>
        </w:rPr>
        <w:t>العملة: ريال سعودي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شروط السداد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السداد: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المبلغ كتابةً: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3289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المحاسب</w:t>
            </w:r>
          </w:p>
        </w:tc>
        <w:tc>
          <w:tcPr>
            <w:tcW w:type="dxa" w:w="3289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المدير المالي</w:t>
            </w:r>
          </w:p>
        </w:tc>
        <w:tc>
          <w:tcPr>
            <w:tcW w:type="dxa" w:w="3289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استلام العميل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إشعار مدين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